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9075E" w14:textId="37507E56" w:rsidR="008C7650" w:rsidRDefault="008C7650">
      <w:pPr>
        <w:spacing w:after="200"/>
        <w:rPr>
          <w:b/>
        </w:rPr>
      </w:pPr>
      <w:r>
        <w:rPr>
          <w:noProof/>
        </w:rPr>
        <w:drawing>
          <wp:inline distT="0" distB="0" distL="0" distR="0" wp14:anchorId="260B7452" wp14:editId="4E054843">
            <wp:extent cx="1797843" cy="11506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0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0611" cy="115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23E66" w14:textId="77777777" w:rsidR="008C7650" w:rsidRDefault="008C7650">
      <w:pPr>
        <w:spacing w:after="200"/>
        <w:rPr>
          <w:b/>
        </w:rPr>
      </w:pPr>
    </w:p>
    <w:p w14:paraId="52A77728" w14:textId="72AAC270" w:rsidR="00446EA0" w:rsidRDefault="00000000" w:rsidP="008C7650">
      <w:pPr>
        <w:spacing w:after="200"/>
        <w:jc w:val="center"/>
      </w:pPr>
      <w:r>
        <w:rPr>
          <w:b/>
        </w:rPr>
        <w:t xml:space="preserve">Kedves </w:t>
      </w:r>
      <w:proofErr w:type="spellStart"/>
      <w:r>
        <w:rPr>
          <w:b/>
        </w:rPr>
        <w:t>Fiatalok</w:t>
      </w:r>
      <w:proofErr w:type="spellEnd"/>
      <w:r>
        <w:rPr>
          <w:b/>
        </w:rPr>
        <w:t>!</w:t>
      </w:r>
    </w:p>
    <w:p w14:paraId="7D931072" w14:textId="7858FE5A" w:rsidR="00446EA0" w:rsidRDefault="00000000" w:rsidP="008C7650">
      <w:pPr>
        <w:spacing w:after="200"/>
        <w:jc w:val="center"/>
      </w:pPr>
      <w:r>
        <w:t xml:space="preserve">A Csányi Alapítvány Gyermekparlamentje tisztújító </w:t>
      </w:r>
      <w:proofErr w:type="spellStart"/>
      <w:r>
        <w:t>pályázatot</w:t>
      </w:r>
      <w:proofErr w:type="spellEnd"/>
      <w:r>
        <w:t xml:space="preserve"> </w:t>
      </w:r>
      <w:proofErr w:type="spellStart"/>
      <w:r>
        <w:t>hirdet</w:t>
      </w:r>
      <w:proofErr w:type="spellEnd"/>
      <w:r>
        <w:t xml:space="preserve"> a </w:t>
      </w:r>
      <w:proofErr w:type="spellStart"/>
      <w:r>
        <w:t>Gyermekparlament</w:t>
      </w:r>
      <w:proofErr w:type="spellEnd"/>
      <w:r w:rsidR="008C7650">
        <w:t xml:space="preserve"> </w:t>
      </w:r>
      <w:proofErr w:type="spellStart"/>
      <w:r>
        <w:t>elnöki</w:t>
      </w:r>
      <w:proofErr w:type="spellEnd"/>
      <w:r w:rsidR="008C7650">
        <w:t xml:space="preserve"> </w:t>
      </w:r>
      <w:proofErr w:type="spellStart"/>
      <w:r>
        <w:t>posztjára</w:t>
      </w:r>
      <w:proofErr w:type="spellEnd"/>
      <w:r>
        <w:t>.</w:t>
      </w:r>
    </w:p>
    <w:p w14:paraId="0DEADA3B" w14:textId="77777777" w:rsidR="00446EA0" w:rsidRDefault="00000000">
      <w:pPr>
        <w:spacing w:after="80"/>
      </w:pPr>
      <w:r>
        <w:rPr>
          <w:b/>
        </w:rPr>
        <w:t>Várjuk jelentkezésedet, amennyiben:</w:t>
      </w:r>
    </w:p>
    <w:p w14:paraId="05C2C3CE" w14:textId="77777777" w:rsidR="00446EA0" w:rsidRDefault="00000000" w:rsidP="008C7650">
      <w:pPr>
        <w:spacing w:line="276" w:lineRule="auto"/>
        <w:ind w:left="369" w:hanging="227"/>
        <w:jc w:val="both"/>
      </w:pPr>
      <w:r>
        <w:t>− az Alapítvány céljainak megvalósulásáért kész vagy felelősségteljesen tenni</w:t>
      </w:r>
    </w:p>
    <w:p w14:paraId="1BDE7C6C" w14:textId="77777777" w:rsidR="00446EA0" w:rsidRDefault="00000000" w:rsidP="008C7650">
      <w:pPr>
        <w:spacing w:line="276" w:lineRule="auto"/>
        <w:ind w:left="369" w:hanging="227"/>
        <w:jc w:val="both"/>
      </w:pPr>
      <w:r>
        <w:t>− iskolád minimum 9. évfolyamának tanulója vagy</w:t>
      </w:r>
    </w:p>
    <w:p w14:paraId="4157F2C2" w14:textId="77777777" w:rsidR="00446EA0" w:rsidRDefault="00000000" w:rsidP="008C7650">
      <w:pPr>
        <w:spacing w:line="276" w:lineRule="auto"/>
        <w:ind w:left="369" w:hanging="227"/>
        <w:jc w:val="both"/>
      </w:pPr>
      <w:r>
        <w:t>− alapos, lelkiismeretes vagy</w:t>
      </w:r>
    </w:p>
    <w:p w14:paraId="6608C6CE" w14:textId="77777777" w:rsidR="00446EA0" w:rsidRDefault="00000000" w:rsidP="008C7650">
      <w:pPr>
        <w:spacing w:line="276" w:lineRule="auto"/>
        <w:ind w:left="369" w:hanging="227"/>
        <w:jc w:val="both"/>
      </w:pPr>
      <w:r>
        <w:t>− szeretsz új embereket megismerni, kapcsolatot tartani és közvetíteni információkat</w:t>
      </w:r>
    </w:p>
    <w:p w14:paraId="79BFADDD" w14:textId="77777777" w:rsidR="00446EA0" w:rsidRDefault="00000000" w:rsidP="008C7650">
      <w:pPr>
        <w:spacing w:line="276" w:lineRule="auto"/>
        <w:ind w:left="369" w:hanging="227"/>
        <w:jc w:val="both"/>
      </w:pPr>
      <w:r>
        <w:t>− kreatív vagy és szeretsz szervezni</w:t>
      </w:r>
    </w:p>
    <w:p w14:paraId="497E001B" w14:textId="77777777" w:rsidR="00446EA0" w:rsidRDefault="00000000" w:rsidP="008C7650">
      <w:pPr>
        <w:spacing w:line="276" w:lineRule="auto"/>
        <w:ind w:left="369" w:hanging="227"/>
        <w:jc w:val="both"/>
      </w:pPr>
      <w:r>
        <w:t>− szívesen végeznél fontosabb feladatokat az Alapítvány életében</w:t>
      </w:r>
    </w:p>
    <w:p w14:paraId="01D6D95D" w14:textId="77777777" w:rsidR="00446EA0" w:rsidRDefault="00446EA0" w:rsidP="008C7650">
      <w:pPr>
        <w:spacing w:after="80" w:line="276" w:lineRule="auto"/>
        <w:jc w:val="both"/>
      </w:pPr>
    </w:p>
    <w:p w14:paraId="2A5D7830" w14:textId="77777777" w:rsidR="00446EA0" w:rsidRDefault="00000000">
      <w:pPr>
        <w:spacing w:after="80"/>
      </w:pPr>
      <w:r>
        <w:rPr>
          <w:b/>
        </w:rPr>
        <w:t>A jelentkezés feltételei:</w:t>
      </w:r>
    </w:p>
    <w:p w14:paraId="5ED89424" w14:textId="15AD0287" w:rsidR="00446EA0" w:rsidRDefault="00000000" w:rsidP="008C7650">
      <w:pPr>
        <w:spacing w:line="276" w:lineRule="auto"/>
        <w:ind w:left="369" w:hanging="227"/>
        <w:jc w:val="both"/>
      </w:pPr>
      <w:r>
        <w:t xml:space="preserve">− motivációs levél, amiben kifejted, miért szeretnél ebbe a pozícióba </w:t>
      </w:r>
      <w:proofErr w:type="spellStart"/>
      <w:r>
        <w:t>kerülni</w:t>
      </w:r>
      <w:proofErr w:type="spellEnd"/>
      <w:r>
        <w:t xml:space="preserve"> (</w:t>
      </w:r>
      <w:proofErr w:type="spellStart"/>
      <w:r>
        <w:t>terjedelem</w:t>
      </w:r>
      <w:proofErr w:type="spellEnd"/>
      <w:r>
        <w:t xml:space="preserve">: 1 </w:t>
      </w:r>
      <w:proofErr w:type="spellStart"/>
      <w:r>
        <w:t>oldal</w:t>
      </w:r>
      <w:proofErr w:type="spellEnd"/>
      <w:r>
        <w:t>,</w:t>
      </w:r>
      <w:r w:rsidR="008C7650">
        <w:t xml:space="preserve"> </w:t>
      </w:r>
      <w:proofErr w:type="spellStart"/>
      <w:r>
        <w:t>formátum</w:t>
      </w:r>
      <w:proofErr w:type="spellEnd"/>
      <w:r>
        <w:t xml:space="preserve">: Times New Roman </w:t>
      </w:r>
      <w:proofErr w:type="spellStart"/>
      <w:r>
        <w:t>betűtípus</w:t>
      </w:r>
      <w:proofErr w:type="spellEnd"/>
      <w:r>
        <w:t>, 12-es méret, 1,5 sorköz, sorkizárt)</w:t>
      </w:r>
    </w:p>
    <w:p w14:paraId="35B81D98" w14:textId="7105B4BD" w:rsidR="00446EA0" w:rsidRDefault="00000000" w:rsidP="008C7650">
      <w:pPr>
        <w:spacing w:line="276" w:lineRule="auto"/>
        <w:ind w:left="369" w:hanging="227"/>
        <w:jc w:val="both"/>
      </w:pPr>
      <w:r>
        <w:t>− amennyiben vannak új ötleteid, illetve szívesen készítenél programtervet, azt egy külön</w:t>
      </w:r>
      <w:r>
        <w:br/>
        <w:t xml:space="preserve">dokumentumban, a fentiekben leírt formátum betartásával tedd! A </w:t>
      </w:r>
      <w:proofErr w:type="spellStart"/>
      <w:r>
        <w:t>programterv</w:t>
      </w:r>
      <w:proofErr w:type="spellEnd"/>
      <w:r>
        <w:t xml:space="preserve"> </w:t>
      </w:r>
      <w:proofErr w:type="spellStart"/>
      <w:r>
        <w:t>és</w:t>
      </w:r>
      <w:proofErr w:type="spellEnd"/>
      <w:r w:rsidR="008C7650">
        <w:t xml:space="preserve"> </w:t>
      </w:r>
      <w:proofErr w:type="spellStart"/>
      <w:r>
        <w:t>ötletbörze</w:t>
      </w:r>
      <w:proofErr w:type="spellEnd"/>
      <w:r w:rsidR="008C7650">
        <w:t xml:space="preserve"> </w:t>
      </w:r>
      <w:r>
        <w:t xml:space="preserve">nem </w:t>
      </w:r>
      <w:proofErr w:type="spellStart"/>
      <w:r>
        <w:t>kötelező</w:t>
      </w:r>
      <w:proofErr w:type="spellEnd"/>
      <w:r>
        <w:t xml:space="preserve">, de </w:t>
      </w:r>
      <w:proofErr w:type="spellStart"/>
      <w:r>
        <w:t>előnyt</w:t>
      </w:r>
      <w:proofErr w:type="spellEnd"/>
      <w:r>
        <w:t xml:space="preserve"> </w:t>
      </w:r>
      <w:proofErr w:type="spellStart"/>
      <w:r>
        <w:t>jelent</w:t>
      </w:r>
      <w:proofErr w:type="spellEnd"/>
      <w:r>
        <w:t>!</w:t>
      </w:r>
    </w:p>
    <w:p w14:paraId="73541500" w14:textId="5D0AC14B" w:rsidR="00446EA0" w:rsidRDefault="00000000" w:rsidP="008C7650">
      <w:pPr>
        <w:spacing w:after="160" w:line="276" w:lineRule="auto"/>
        <w:ind w:left="369" w:hanging="227"/>
        <w:jc w:val="both"/>
      </w:pPr>
      <w:r>
        <w:t xml:space="preserve">− A jelentkezési határidőig küldd el </w:t>
      </w:r>
      <w:proofErr w:type="spellStart"/>
      <w:r>
        <w:t>anyagodat</w:t>
      </w:r>
      <w:proofErr w:type="spellEnd"/>
      <w:r>
        <w:t xml:space="preserve"> a </w:t>
      </w:r>
      <w:hyperlink r:id="rId7" w:history="1">
        <w:r w:rsidR="008C7650" w:rsidRPr="001A6152">
          <w:rPr>
            <w:rStyle w:val="Hiperhivatkozs"/>
          </w:rPr>
          <w:t>palyazatok@csanyialapitvany.hu</w:t>
        </w:r>
      </w:hyperlink>
      <w:r w:rsidR="008C7650">
        <w:t xml:space="preserve"> </w:t>
      </w:r>
      <w:r>
        <w:t xml:space="preserve">e-mail </w:t>
      </w:r>
      <w:proofErr w:type="spellStart"/>
      <w:r>
        <w:t>címre</w:t>
      </w:r>
      <w:proofErr w:type="spellEnd"/>
      <w:r>
        <w:t xml:space="preserve">. </w:t>
      </w:r>
      <w:r>
        <w:rPr>
          <w:b/>
        </w:rPr>
        <w:t>Jelentkezési határidő:</w:t>
      </w:r>
      <w:r>
        <w:t xml:space="preserve"> 202</w:t>
      </w:r>
      <w:r w:rsidR="008C7650">
        <w:t>6</w:t>
      </w:r>
      <w:r>
        <w:t xml:space="preserve">. </w:t>
      </w:r>
      <w:proofErr w:type="spellStart"/>
      <w:r w:rsidR="008C7650">
        <w:t>szeptember</w:t>
      </w:r>
      <w:proofErr w:type="spellEnd"/>
      <w:r>
        <w:t xml:space="preserve"> 3</w:t>
      </w:r>
      <w:r w:rsidR="008C7650">
        <w:t>0</w:t>
      </w:r>
      <w:r>
        <w:t>.</w:t>
      </w:r>
    </w:p>
    <w:p w14:paraId="7BB69775" w14:textId="77777777" w:rsidR="00446EA0" w:rsidRDefault="00000000">
      <w:pPr>
        <w:spacing w:after="80"/>
      </w:pPr>
      <w:r>
        <w:rPr>
          <w:b/>
        </w:rPr>
        <w:t>Ami vár rád:</w:t>
      </w:r>
    </w:p>
    <w:p w14:paraId="26DD6A74" w14:textId="5C00A1D8" w:rsidR="00446EA0" w:rsidRDefault="00000000" w:rsidP="008C7650">
      <w:pPr>
        <w:spacing w:line="276" w:lineRule="auto"/>
        <w:ind w:left="369" w:hanging="227"/>
        <w:jc w:val="both"/>
      </w:pPr>
      <w:r>
        <w:t>− jelentkezésed után egy vitán fogsz részt venni, ahol jelen lesznek a Gyermekparlament</w:t>
      </w:r>
      <w:r>
        <w:br/>
        <w:t xml:space="preserve">jelenlegi képviselői, a segítő mentor, lehetőség szerint a </w:t>
      </w:r>
      <w:proofErr w:type="spellStart"/>
      <w:r>
        <w:t>Gyermekparlament</w:t>
      </w:r>
      <w:proofErr w:type="spellEnd"/>
      <w:r>
        <w:t xml:space="preserve"> </w:t>
      </w:r>
      <w:proofErr w:type="spellStart"/>
      <w:r>
        <w:t>korábbi</w:t>
      </w:r>
      <w:proofErr w:type="spellEnd"/>
      <w:r>
        <w:t xml:space="preserve"> </w:t>
      </w:r>
      <w:proofErr w:type="spellStart"/>
      <w:r>
        <w:t>elnökei</w:t>
      </w:r>
      <w:proofErr w:type="spellEnd"/>
      <w:r w:rsidR="008C7650">
        <w:t xml:space="preserve"> </w:t>
      </w:r>
      <w:proofErr w:type="spellStart"/>
      <w:r>
        <w:t>meghívásos</w:t>
      </w:r>
      <w:proofErr w:type="spellEnd"/>
      <w:r>
        <w:t xml:space="preserve"> </w:t>
      </w:r>
      <w:proofErr w:type="spellStart"/>
      <w:r>
        <w:t>alapon</w:t>
      </w:r>
      <w:proofErr w:type="spellEnd"/>
      <w:r>
        <w:t xml:space="preserve">. A vitát a </w:t>
      </w:r>
      <w:proofErr w:type="spellStart"/>
      <w:r>
        <w:t>jelenlegi</w:t>
      </w:r>
      <w:proofErr w:type="spellEnd"/>
      <w:r>
        <w:t xml:space="preserve"> </w:t>
      </w:r>
      <w:proofErr w:type="spellStart"/>
      <w:r>
        <w:t>elnök</w:t>
      </w:r>
      <w:proofErr w:type="spellEnd"/>
      <w:r>
        <w:t xml:space="preserve"> </w:t>
      </w:r>
      <w:proofErr w:type="spellStart"/>
      <w:r>
        <w:t>fogja</w:t>
      </w:r>
      <w:proofErr w:type="spellEnd"/>
      <w:r>
        <w:t xml:space="preserve"> </w:t>
      </w:r>
      <w:proofErr w:type="spellStart"/>
      <w:r>
        <w:t>vezetni</w:t>
      </w:r>
      <w:proofErr w:type="spellEnd"/>
      <w:r w:rsidR="008C7650">
        <w:t xml:space="preserve">, </w:t>
      </w:r>
      <w:proofErr w:type="spellStart"/>
      <w:r w:rsidR="008C7650">
        <w:t>melynek</w:t>
      </w:r>
      <w:proofErr w:type="spellEnd"/>
      <w:r w:rsidR="008C7650">
        <w:t xml:space="preserve"> </w:t>
      </w:r>
      <w:proofErr w:type="spellStart"/>
      <w:r w:rsidR="008C7650">
        <w:rPr>
          <w:bCs/>
        </w:rPr>
        <w:t>t</w:t>
      </w:r>
      <w:r w:rsidRPr="008C7650">
        <w:rPr>
          <w:bCs/>
        </w:rPr>
        <w:t>émája</w:t>
      </w:r>
      <w:proofErr w:type="spellEnd"/>
      <w:r w:rsidRPr="008C7650">
        <w:rPr>
          <w:bCs/>
        </w:rPr>
        <w:t>:</w:t>
      </w:r>
      <w:r w:rsidR="008C7650">
        <w:t xml:space="preserve"> </w:t>
      </w:r>
      <w:proofErr w:type="spellStart"/>
      <w:r>
        <w:t>elképzeléseim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terveim</w:t>
      </w:r>
      <w:proofErr w:type="spellEnd"/>
      <w:r>
        <w:t>,</w:t>
      </w:r>
      <w:r w:rsidR="008C7650">
        <w:t xml:space="preserve"> </w:t>
      </w:r>
      <w:r>
        <w:t xml:space="preserve">mint </w:t>
      </w:r>
      <w:proofErr w:type="spellStart"/>
      <w:r>
        <w:t>elnök</w:t>
      </w:r>
      <w:proofErr w:type="spellEnd"/>
    </w:p>
    <w:p w14:paraId="17499CDD" w14:textId="77777777" w:rsidR="00446EA0" w:rsidRDefault="00000000" w:rsidP="008C7650">
      <w:pPr>
        <w:spacing w:line="276" w:lineRule="auto"/>
        <w:ind w:left="369" w:hanging="227"/>
        <w:jc w:val="both"/>
      </w:pPr>
      <w:r>
        <w:t>− szervesen részt vehetsz az Alapítvány életében, izgalmas dolgoknak lehetsz részese</w:t>
      </w:r>
    </w:p>
    <w:p w14:paraId="7E139104" w14:textId="77777777" w:rsidR="00446EA0" w:rsidRDefault="00000000" w:rsidP="008C7650">
      <w:pPr>
        <w:spacing w:line="276" w:lineRule="auto"/>
        <w:ind w:left="369" w:hanging="227"/>
        <w:jc w:val="both"/>
      </w:pPr>
      <w:r>
        <w:t>− a pozícióval járó tisztelet</w:t>
      </w:r>
    </w:p>
    <w:p w14:paraId="4FAF3246" w14:textId="77777777" w:rsidR="00446EA0" w:rsidRDefault="00000000" w:rsidP="008C7650">
      <w:pPr>
        <w:spacing w:line="276" w:lineRule="auto"/>
        <w:ind w:left="369" w:hanging="227"/>
        <w:jc w:val="both"/>
      </w:pPr>
      <w:r>
        <w:t>− hasznos képességekre tehetsz szert, amelyeket később is kamatoztatni tudsz majd.</w:t>
      </w:r>
    </w:p>
    <w:p w14:paraId="0F288FF5" w14:textId="77777777" w:rsidR="00446EA0" w:rsidRDefault="00446EA0" w:rsidP="008C7650">
      <w:pPr>
        <w:spacing w:after="80" w:line="276" w:lineRule="auto"/>
        <w:jc w:val="both"/>
      </w:pPr>
    </w:p>
    <w:p w14:paraId="22276C64" w14:textId="7230389E" w:rsidR="00446EA0" w:rsidRDefault="00000000" w:rsidP="008C7650">
      <w:pPr>
        <w:spacing w:after="240" w:line="276" w:lineRule="auto"/>
        <w:jc w:val="both"/>
      </w:pPr>
      <w:r>
        <w:t xml:space="preserve">Az új elnök személyéről a Gyermekparlamenti képviselők titkos szavazással döntenek. A </w:t>
      </w:r>
      <w:proofErr w:type="spellStart"/>
      <w:r>
        <w:t>vitáról</w:t>
      </w:r>
      <w:proofErr w:type="spellEnd"/>
      <w:r>
        <w:t xml:space="preserve"> </w:t>
      </w:r>
      <w:proofErr w:type="spellStart"/>
      <w:r>
        <w:t>és</w:t>
      </w:r>
      <w:proofErr w:type="spellEnd"/>
      <w:r w:rsidR="008C7650">
        <w:t xml:space="preserve"> </w:t>
      </w:r>
      <w:proofErr w:type="spellStart"/>
      <w:r>
        <w:t>szavazásról</w:t>
      </w:r>
      <w:proofErr w:type="spellEnd"/>
      <w:r>
        <w:t xml:space="preserve"> </w:t>
      </w:r>
      <w:proofErr w:type="spellStart"/>
      <w:r>
        <w:t>jegyzőkönyv</w:t>
      </w:r>
      <w:proofErr w:type="spellEnd"/>
      <w:r>
        <w:t xml:space="preserve"> </w:t>
      </w:r>
      <w:proofErr w:type="spellStart"/>
      <w:r>
        <w:t>készül</w:t>
      </w:r>
      <w:proofErr w:type="spellEnd"/>
      <w:r>
        <w:t>.</w:t>
      </w:r>
    </w:p>
    <w:p w14:paraId="5D760F9E" w14:textId="77777777" w:rsidR="00446EA0" w:rsidRDefault="00000000" w:rsidP="008C7650">
      <w:pPr>
        <w:spacing w:after="80"/>
        <w:jc w:val="center"/>
      </w:pPr>
      <w:r>
        <w:t>Sok szerencsét és sikeres felkészülést kívánunk!</w:t>
      </w:r>
    </w:p>
    <w:p w14:paraId="154211B1" w14:textId="77777777" w:rsidR="00446EA0" w:rsidRDefault="00000000" w:rsidP="008C7650">
      <w:pPr>
        <w:jc w:val="center"/>
      </w:pPr>
      <w:r>
        <w:t>a Csányi Alapítvány Gyermekparlamentje</w:t>
      </w:r>
    </w:p>
    <w:p w14:paraId="22AD7F5B" w14:textId="7C3C520C" w:rsidR="00446EA0" w:rsidRDefault="00446EA0">
      <w:pPr>
        <w:jc w:val="right"/>
      </w:pPr>
    </w:p>
    <w:sectPr w:rsidR="00446EA0" w:rsidSect="00034616">
      <w:pgSz w:w="11906" w:h="16838"/>
      <w:pgMar w:top="1134" w:right="1417" w:bottom="90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CF82291"/>
    <w:multiLevelType w:val="hybridMultilevel"/>
    <w:tmpl w:val="48A8B7D0"/>
    <w:lvl w:ilvl="0" w:tplc="91B41D1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881020599">
    <w:abstractNumId w:val="8"/>
  </w:num>
  <w:num w:numId="2" w16cid:durableId="531723891">
    <w:abstractNumId w:val="6"/>
  </w:num>
  <w:num w:numId="3" w16cid:durableId="57169194">
    <w:abstractNumId w:val="5"/>
  </w:num>
  <w:num w:numId="4" w16cid:durableId="2073385648">
    <w:abstractNumId w:val="4"/>
  </w:num>
  <w:num w:numId="5" w16cid:durableId="651956512">
    <w:abstractNumId w:val="7"/>
  </w:num>
  <w:num w:numId="6" w16cid:durableId="2112508279">
    <w:abstractNumId w:val="3"/>
  </w:num>
  <w:num w:numId="7" w16cid:durableId="267930003">
    <w:abstractNumId w:val="2"/>
  </w:num>
  <w:num w:numId="8" w16cid:durableId="2078360883">
    <w:abstractNumId w:val="1"/>
  </w:num>
  <w:num w:numId="9" w16cid:durableId="466288859">
    <w:abstractNumId w:val="0"/>
  </w:num>
  <w:num w:numId="10" w16cid:durableId="4972309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6EA0"/>
    <w:rsid w:val="008C7650"/>
    <w:rsid w:val="00AA1D8D"/>
    <w:rsid w:val="00B47730"/>
    <w:rsid w:val="00CB0664"/>
    <w:rsid w:val="00FC693F"/>
    <w:rsid w:val="00FE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CFAE70"/>
  <w14:defaultImageDpi w14:val="300"/>
  <w15:docId w15:val="{069709FF-D237-4E4D-8EF6-8209BDDD4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8C7650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C7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alyazatok@csanyialapitvany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 András</dc:creator>
  <cp:keywords/>
  <dc:description>generated by python-docx</dc:description>
  <cp:lastModifiedBy>Gál András</cp:lastModifiedBy>
  <cp:revision>2</cp:revision>
  <dcterms:created xsi:type="dcterms:W3CDTF">2026-08-03T22:04:00Z</dcterms:created>
  <dcterms:modified xsi:type="dcterms:W3CDTF">2026-08-03T22:12:00Z</dcterms:modified>
  <cp:category/>
</cp:coreProperties>
</file>